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הודעת תודה אחרי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הודעת התודה 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כל אחד מארבעת השדות בהודעה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הודעת תודה קצרה, מנומסת ועניינית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להראות שעדיין רוצים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דבר שנהנינו לשמוע או לספר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השם המלא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מצוין שאפשר לכתוב שם מראיין או צוות מגמה/תוכנית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מטרת ההודעה היא להיות קצרה ותמציתית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'כמה מילים וכמה שניות דיבור'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הקראה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כפתור העתקה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מיועדת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המראיין או צוות המגמה)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נהנו לשמוע או לספר)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(משפט שמראה רצון להצטרף)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 מלא של הכותב)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(השמעת ההודעה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את השדה 'למי?'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משהו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משפט על עניין והמשך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השם המלא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התוצאה ואז מעתיקים או שולחים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את שם המראיין/ת, פרט אחד מהשיחה, משפט עניין והמשך, ושם מלא - בניסוח מנומס וקצר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הודעה קצרה נקראת בקלות, נשמעת ממוקדת ומכבדת את זמן המראיין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למי, משהו מהשיחה, עניין והמשך,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שעדיין מעוניינים בתפקיד או בתוכנית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 להקראה או להעתיק את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מילוי של ארבעת השדות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לשמור על ניסוח קצר ומנומס, בהתאם למגבלת המילים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התרגיל לפעילות הקודמת בדף - בונה סיפורי STAR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הודעת תודה אחרי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ראיון חשוב לשלוח הודעת תודה קצרה. ההודעה בנויה מארבעה שדות: למי פונים, משהו מהשיחה, עניין והמשך, והשם שלך. בדף הזה נתרגל לכתוב כל חלק בנפרד.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שדות יש במבנה הודעת התודה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השדה הראשון בהודעה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עניין והמשך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משהו מהשיחה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מטרת השדה 'עניין והמשך'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שעדיין רוצים להצטרף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משכורת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אישי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לכתוב בשדה 'משהו מהשיחה'?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שנהנינו לשמוע או לספר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הכתובת של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בשדה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תאריך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השם המלא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מייל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בשדה 'למי?' גם את שם צוות המגמה, ולא רק שם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הודעת התודה צריכה להיות ארוכה ומפורטת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מופיע מונה מילים וזמן דיבור משוער להודעה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להקראה של ההודעה שנכתבה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להעתיק את ההודעה המוכנה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ההודעה בנויה מארבעה __________ שממלאים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בשדה הראשון כותבים למי __________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בשדה השני כותבים משהו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השדה השלישי נקרא עניין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בשדה האחרון כותבים את ה__________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לצד התוצאה מופיע מספר ה__________ בהודעה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נהנו לשמוע או לספר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משהו מהשיחה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המראיין או צוות המגמה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עניין והמשך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השמעת ההודעה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שמראה רצון להצטרף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מלא של הכותב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על עניין והמשך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ממלאים את השדה 'למי?'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התוצאה ואז מעתיקים או שולחים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משהו מהשיחה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השם המלא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הודעת תודה קצרה לפי ארבעת השדות, על ראיון דמיוני שעברתם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כדאי לשלוח הודעת תודה קצרה ולא ארוכה מדי?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השדות בהודעת התודה?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לכתוב משפט על עניין והמשך?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עם ההודעה אחרי שהיא מוכנה (שני דברים)?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הודעת תודה אחרי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