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הודעת תודה אחרי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הודעת התודה 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כל אחד מארבעת השדות בהודעה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הודעת תודה קצרה, מנומסת ועניינית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שנהנינו לשמוע או לספר בראיון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מצוין שאפשר לכתוב שם מראיין או צוות מגמה/תוכנית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מטרת ההודעה היא להיות קצרה ותמציתית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הקראה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מיועדת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המראיין או צוות המגמה)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נהנו לשמוע או לספר)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(משפט שמראה רצון להצטרף)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(שם מלא של הכותב)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ממלאים את השדה 'למי?'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משהו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משפט על עניין והמשך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השם המלא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את שם המראיין/ת, פרט אחד מהשיחה, משפט עניין והמשך, ושם מלא - בניסוח מנומס וקצר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למי, משהו מהשיחה, עניין והמשך,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להראות שעדיין מעוניינים בתפקיד או בתוכנית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להקשיב להקראה או להעתיק את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מילוי של ארבעת השדות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לשמור על ניסוח קצר ומנומס, בהתאם למגבלת המילים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התרגיל לפעילות הקודמת בדף - בונה סיפורי STAR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הודעת תודה אחרי 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אחרי ראיון חשוב לשלוח הודעת תודה קצרה. ההודעה בנויה מארבעה שדות: למי פונים, משהו מהשיחה, עניין והמשך, והשם שלך. בדף הזה נתרגל לכתוב כל חלק בנפרד.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שדות  ·  שיחה  ·  מיועדת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שדות יש במבנה הודעת התודה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השדה הראשון בהודעה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עניין והמשך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אפשר לכתוב בשדה 'משהו מהשיחה'?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מזג האוויר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שנהנינו לשמוע או לספר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הכתובת של המקום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בשדה 'למי?' גם את שם צוות המגמה, ולא רק שם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הודעת התודה צריכה להיות ארוכה ומפורטת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להקשיב להקראה של ההודעה שנכתבה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ההודעה בנויה מארבעה __________ שממלאים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בשדה הראשון כותבים למי __________ ההודעה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בשדה השני כותבים משהו מה__________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שמראה רצון להצטרף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משהו מהשיחה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שם מלא של הכותב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עניין והמשך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נהנו לשמוע או לספר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המראיין או צוות המגמה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את השם המלא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משפט על עניין והמשך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ממלאים את השדה 'למי?'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משהו מהשיחה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הודעת תודה קצרה לפי ארבעת השדות, על ראיון דמיוני שעברתם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השדות בהודעת התודה?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לכתוב משפט על עניין והמשך?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הודעת תודה אחרי 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